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 w:val="0"/>
          <w:color w:val="64748B"/>
          <w:sz w:val="16"/>
        </w:rPr>
        <w:t>Ersetze alle Angaben in [eckigen Klammern] und lösche die nicht zutreffende Variante. Seite 1: MWST-registriert. Seite 2: nicht MWST-registriert.</w:t>
      </w:r>
    </w:p>
    <w:p>
      <w:pPr>
        <w:spacing w:after="0"/>
      </w:pPr>
      <w:r>
        <w:rPr>
          <w:b/>
          <w:sz w:val="20"/>
        </w:rPr>
        <w:t>[Vorname Nachname oder Firmenname, wie im Handelsregister eingetragen]</w:t>
      </w:r>
    </w:p>
    <w:p>
      <w:pPr>
        <w:spacing w:after="0"/>
      </w:pPr>
      <w:r>
        <w:rPr>
          <w:b w:val="0"/>
          <w:sz w:val="20"/>
        </w:rPr>
        <w:t>[Strasse Nr.]</w:t>
      </w:r>
    </w:p>
    <w:p>
      <w:pPr>
        <w:spacing w:after="0"/>
      </w:pPr>
      <w:r>
        <w:rPr>
          <w:b w:val="0"/>
          <w:sz w:val="20"/>
        </w:rPr>
        <w:t>[PLZ Ort]</w:t>
      </w:r>
    </w:p>
    <w:p>
      <w:pPr>
        <w:spacing w:after="0"/>
      </w:pPr>
      <w:r>
        <w:rPr>
          <w:b w:val="0"/>
          <w:sz w:val="20"/>
        </w:rPr>
        <w:t>[E-Mail] | [Telefon]</w:t>
      </w:r>
    </w:p>
    <w:p>
      <w:pPr>
        <w:spacing w:after="0"/>
      </w:pPr>
      <w:r>
        <w:rPr>
          <w:b/>
          <w:sz w:val="20"/>
        </w:rPr>
        <w:t>UID/MWST-Nr.: [CHE-000.000.000 MWST]</w:t>
      </w:r>
    </w:p>
    <w:p>
      <w:pPr>
        <w:spacing w:after="280"/>
      </w:pPr>
    </w:p>
    <w:p>
      <w:pPr>
        <w:spacing w:after="0"/>
      </w:pPr>
      <w:r>
        <w:rPr>
          <w:b w:val="0"/>
          <w:sz w:val="20"/>
        </w:rPr>
        <w:t>[Firma, bei B2B-Kunden]</w:t>
      </w:r>
    </w:p>
    <w:p>
      <w:pPr>
        <w:spacing w:after="0"/>
      </w:pPr>
      <w:r>
        <w:rPr>
          <w:b w:val="0"/>
          <w:sz w:val="20"/>
        </w:rPr>
        <w:t>[Vorname Nachname]</w:t>
      </w:r>
    </w:p>
    <w:p>
      <w:pPr>
        <w:spacing w:after="0"/>
      </w:pPr>
      <w:r>
        <w:rPr>
          <w:b w:val="0"/>
          <w:sz w:val="20"/>
        </w:rPr>
        <w:t>[Strasse Nr.]</w:t>
      </w:r>
    </w:p>
    <w:p>
      <w:pPr>
        <w:spacing w:after="0"/>
      </w:pPr>
      <w:r>
        <w:rPr>
          <w:b w:val="0"/>
          <w:sz w:val="20"/>
        </w:rPr>
        <w:t>[PLZ Ort]</w:t>
      </w:r>
    </w:p>
    <w:p>
      <w:pPr>
        <w:spacing w:after="280"/>
      </w:pPr>
    </w:p>
    <w:p>
      <w:pPr>
        <w:spacing w:after="40"/>
      </w:pPr>
      <w:r>
        <w:rPr>
          <w:b/>
          <w:sz w:val="36"/>
        </w:rPr>
        <w:t>Rechnung</w:t>
      </w:r>
    </w:p>
    <w:p>
      <w:pPr>
        <w:spacing w:after="160"/>
      </w:pPr>
      <w:r>
        <w:rPr>
          <w:b w:val="0"/>
          <w:color w:val="64748B"/>
          <w:sz w:val="16"/>
        </w:rPr>
        <w:t>Variante A: MWST-registriert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r>
              <w:rPr>
                <w:b/>
              </w:rPr>
              <w:t>Rechnungsnummer</w:t>
            </w:r>
          </w:p>
        </w:tc>
        <w:tc>
          <w:tcPr>
            <w:tcW w:type="dxa" w:w="7087"/>
          </w:tcPr>
          <w:p>
            <w:r>
              <w:t>[2026-001] (fortlaufend, eindeutig)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Rechnungsdatum</w:t>
            </w:r>
          </w:p>
        </w:tc>
        <w:tc>
          <w:tcPr>
            <w:tcW w:type="dxa" w:w="7087"/>
          </w:tcPr>
          <w:p>
            <w:r>
              <w:t>[TT.MM.JJJJ]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Leistungszeitraum</w:t>
            </w:r>
          </w:p>
        </w:tc>
        <w:tc>
          <w:tcPr>
            <w:tcW w:type="dxa" w:w="7087"/>
          </w:tcPr>
          <w:p>
            <w:r>
              <w:t>[TT.MM.JJJJ - TT.MM.JJJJ]</w:t>
            </w:r>
          </w:p>
        </w:tc>
      </w:tr>
    </w:tbl>
    <w:p>
      <w:pPr>
        <w:spacing w:after="20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</w:tcPr>
          <w:p>
            <w:r>
              <w:rPr>
                <w:b/>
              </w:rPr>
              <w:t>Pos.</w:t>
            </w:r>
          </w:p>
        </w:tc>
        <w:tc>
          <w:tcPr>
            <w:tcW w:type="dxa" w:w="4989"/>
          </w:tcPr>
          <w:p>
            <w:r>
              <w:rPr>
                <w:b/>
              </w:rPr>
              <w:t>Leistungsbeschreibung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rPr>
                <w:b/>
              </w:rPr>
              <w:t>Menge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</w:rPr>
              <w:t>Ansatz CHF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</w:rPr>
              <w:t>Betrag CHF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4989"/>
          </w:tcPr>
          <w:p>
            <w:r>
              <w:t>[Führungskräfte-Coaching, Sitzung à 60 Minuten, Datum(e)]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[3]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[0.00]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[0.00]</w:t>
            </w:r>
          </w:p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4989"/>
          </w:tcPr>
          <w:p>
            <w:r>
              <w:t>[weitere Leistung, z. B. Auswertung oder Vorbereitung]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[0.00]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[0.00]</w:t>
            </w:r>
          </w:p>
        </w:tc>
      </w:tr>
    </w:tbl>
    <w:p>
      <w:pPr>
        <w:spacing w:after="120"/>
      </w:pP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r>
              <w:rPr>
                <w:b w:val="0"/>
              </w:rPr>
              <w:t>Total exkl. MWST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  <w:t>CHF [0.00]</w:t>
            </w:r>
          </w:p>
        </w:tc>
      </w:tr>
      <w:tr>
        <w:tc>
          <w:tcPr>
            <w:tcW w:type="dxa" w:w="3685"/>
          </w:tcPr>
          <w:p>
            <w:r>
              <w:rPr>
                <w:b w:val="0"/>
              </w:rPr>
              <w:t>MWST 8,1 % auf CHF [0.00]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  <w:t>CHF [0.00]</w:t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Total inkl. MWST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</w:rPr>
              <w:t>CHF [0.00]</w:t>
            </w:r>
          </w:p>
        </w:tc>
      </w:tr>
    </w:tbl>
    <w:p>
      <w:pPr>
        <w:spacing w:after="160"/>
      </w:pPr>
    </w:p>
    <w:p>
      <w:pPr>
        <w:spacing w:after="40"/>
      </w:pPr>
      <w:r>
        <w:rPr>
          <w:b/>
          <w:sz w:val="20"/>
        </w:rPr>
        <w:t>Zahlungsbedingungen</w:t>
      </w:r>
    </w:p>
    <w:p>
      <w:pPr>
        <w:spacing w:after="0"/>
      </w:pPr>
      <w:r>
        <w:rPr>
          <w:b w:val="0"/>
          <w:sz w:val="20"/>
        </w:rPr>
        <w:t>Zahlbar netto innert 10 Tagen, bis [TT.MM.JJJJ].</w:t>
      </w:r>
    </w:p>
    <w:p>
      <w:pPr>
        <w:spacing w:after="0"/>
      </w:pPr>
      <w:r>
        <w:rPr>
          <w:b w:val="0"/>
          <w:sz w:val="20"/>
        </w:rPr>
        <w:t>IBAN: [CH00 0000 0000 0000 0000 0], lautend auf [Name], [Bank]</w:t>
      </w:r>
    </w:p>
    <w:p>
      <w:pPr>
        <w:spacing w:after="2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4818" w:hRule="atLeast"/>
        </w:trPr>
        <w:tc>
          <w:tcPr>
            <w:tcW w:type="dxa" w:w="9638"/>
            <w:tcBorders>
              <w:top w:val="dashed" w:sz="8" w:color="94A3B8"/>
              <w:left w:val="dashed" w:sz="8" w:color="94A3B8"/>
              <w:bottom w:val="dashed" w:sz="8" w:color="94A3B8"/>
              <w:right w:val="dashed" w:sz="8" w:color="94A3B8"/>
            </w:tcBorders>
          </w:tcPr>
          <w:p>
            <w:pPr>
              <w:jc w:val="center"/>
            </w:pPr>
            <w:r>
              <w:rPr>
                <w:b/>
                <w:color w:val="64748B"/>
              </w:rPr>
              <w:br/>
              <w:br/>
              <w:br/>
              <w:t>Platz für QR-Rechnung (Zahlteil)</w:t>
            </w:r>
          </w:p>
          <w:p>
            <w:pPr>
              <w:jc w:val="center"/>
            </w:pPr>
            <w:r>
              <w:rPr>
                <w:color w:val="64748B"/>
                <w:sz w:val="16"/>
              </w:rPr>
              <w:t>Den Zahlteil mit Empfangsschein erstellst du in deinem E-Banking oder deiner Buchhaltungssoftware und fügst ihn hier ein.</w:t>
            </w:r>
          </w:p>
        </w:tc>
      </w:tr>
    </w:tbl>
    <w:p>
      <w:r>
        <w:br w:type="page"/>
      </w:r>
    </w:p>
    <w:p>
      <w:pPr>
        <w:spacing w:after="200"/>
      </w:pPr>
      <w:r>
        <w:rPr>
          <w:b w:val="0"/>
          <w:color w:val="64748B"/>
          <w:sz w:val="16"/>
        </w:rPr>
        <w:t>Ersetze alle Angaben in [eckigen Klammern] und lösche die nicht zutreffende Variante. Seite 1: MWST-registriert. Seite 2: nicht MWST-registriert.</w:t>
      </w:r>
    </w:p>
    <w:p>
      <w:pPr>
        <w:spacing w:after="0"/>
      </w:pPr>
      <w:r>
        <w:rPr>
          <w:b/>
          <w:sz w:val="20"/>
        </w:rPr>
        <w:t>[Vorname Nachname oder Firmenname, wie im Handelsregister eingetragen]</w:t>
      </w:r>
    </w:p>
    <w:p>
      <w:pPr>
        <w:spacing w:after="0"/>
      </w:pPr>
      <w:r>
        <w:rPr>
          <w:b w:val="0"/>
          <w:sz w:val="20"/>
        </w:rPr>
        <w:t>[Strasse Nr.]</w:t>
      </w:r>
    </w:p>
    <w:p>
      <w:pPr>
        <w:spacing w:after="0"/>
      </w:pPr>
      <w:r>
        <w:rPr>
          <w:b w:val="0"/>
          <w:sz w:val="20"/>
        </w:rPr>
        <w:t>[PLZ Ort]</w:t>
      </w:r>
    </w:p>
    <w:p>
      <w:pPr>
        <w:spacing w:after="0"/>
      </w:pPr>
      <w:r>
        <w:rPr>
          <w:b w:val="0"/>
          <w:sz w:val="20"/>
        </w:rPr>
        <w:t>[E-Mail] | [Telefon]</w:t>
      </w:r>
    </w:p>
    <w:p>
      <w:pPr>
        <w:spacing w:after="280"/>
      </w:pPr>
    </w:p>
    <w:p>
      <w:pPr>
        <w:spacing w:after="0"/>
      </w:pPr>
      <w:r>
        <w:rPr>
          <w:b w:val="0"/>
          <w:sz w:val="20"/>
        </w:rPr>
        <w:t>[Firma, bei B2B-Kunden]</w:t>
      </w:r>
    </w:p>
    <w:p>
      <w:pPr>
        <w:spacing w:after="0"/>
      </w:pPr>
      <w:r>
        <w:rPr>
          <w:b w:val="0"/>
          <w:sz w:val="20"/>
        </w:rPr>
        <w:t>[Vorname Nachname]</w:t>
      </w:r>
    </w:p>
    <w:p>
      <w:pPr>
        <w:spacing w:after="0"/>
      </w:pPr>
      <w:r>
        <w:rPr>
          <w:b w:val="0"/>
          <w:sz w:val="20"/>
        </w:rPr>
        <w:t>[Strasse Nr.]</w:t>
      </w:r>
    </w:p>
    <w:p>
      <w:pPr>
        <w:spacing w:after="0"/>
      </w:pPr>
      <w:r>
        <w:rPr>
          <w:b w:val="0"/>
          <w:sz w:val="20"/>
        </w:rPr>
        <w:t>[PLZ Ort]</w:t>
      </w:r>
    </w:p>
    <w:p>
      <w:pPr>
        <w:spacing w:after="280"/>
      </w:pPr>
    </w:p>
    <w:p>
      <w:pPr>
        <w:spacing w:after="40"/>
      </w:pPr>
      <w:r>
        <w:rPr>
          <w:b/>
          <w:sz w:val="36"/>
        </w:rPr>
        <w:t>Rechnung</w:t>
      </w:r>
    </w:p>
    <w:p>
      <w:pPr>
        <w:spacing w:after="160"/>
      </w:pPr>
      <w:r>
        <w:rPr>
          <w:b w:val="0"/>
          <w:color w:val="64748B"/>
          <w:sz w:val="16"/>
        </w:rPr>
        <w:t>Variante B: nicht MWST-registriert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r>
              <w:rPr>
                <w:b/>
              </w:rPr>
              <w:t>Rechnungsnummer</w:t>
            </w:r>
          </w:p>
        </w:tc>
        <w:tc>
          <w:tcPr>
            <w:tcW w:type="dxa" w:w="7087"/>
          </w:tcPr>
          <w:p>
            <w:r>
              <w:t>[2026-001] (fortlaufend, eindeutig)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Rechnungsdatum</w:t>
            </w:r>
          </w:p>
        </w:tc>
        <w:tc>
          <w:tcPr>
            <w:tcW w:type="dxa" w:w="7087"/>
          </w:tcPr>
          <w:p>
            <w:r>
              <w:t>[TT.MM.JJJJ]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Leistungszeitraum</w:t>
            </w:r>
          </w:p>
        </w:tc>
        <w:tc>
          <w:tcPr>
            <w:tcW w:type="dxa" w:w="7087"/>
          </w:tcPr>
          <w:p>
            <w:r>
              <w:t>[TT.MM.JJJJ - TT.MM.JJJJ]</w:t>
            </w:r>
          </w:p>
        </w:tc>
      </w:tr>
    </w:tbl>
    <w:p>
      <w:pPr>
        <w:spacing w:after="20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</w:tcPr>
          <w:p>
            <w:r>
              <w:rPr>
                <w:b/>
              </w:rPr>
              <w:t>Pos.</w:t>
            </w:r>
          </w:p>
        </w:tc>
        <w:tc>
          <w:tcPr>
            <w:tcW w:type="dxa" w:w="4989"/>
          </w:tcPr>
          <w:p>
            <w:r>
              <w:rPr>
                <w:b/>
              </w:rPr>
              <w:t>Leistungsbeschreibung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rPr>
                <w:b/>
              </w:rPr>
              <w:t>Menge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</w:rPr>
              <w:t>Ansatz CHF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</w:rPr>
              <w:t>Betrag CHF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4989"/>
          </w:tcPr>
          <w:p>
            <w:r>
              <w:t>[Führungskräfte-Coaching, Sitzung à 60 Minuten, Datum(e)]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[3]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[0.00]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[0.00]</w:t>
            </w:r>
          </w:p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4989"/>
          </w:tcPr>
          <w:p>
            <w:r>
              <w:t>[weitere Leistung, z. B. Auswertung oder Vorbereitung]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[0.00]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[0.00]</w:t>
            </w:r>
          </w:p>
        </w:tc>
      </w:tr>
    </w:tbl>
    <w:p>
      <w:pPr>
        <w:spacing w:after="120"/>
      </w:pP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</w:rPr>
              <w:t>CHF [0.00]</w:t>
            </w:r>
          </w:p>
        </w:tc>
      </w:tr>
    </w:tbl>
    <w:p>
      <w:pPr>
        <w:spacing w:after="160"/>
      </w:pPr>
    </w:p>
    <w:p>
      <w:pPr>
        <w:spacing w:after="160"/>
      </w:pPr>
      <w:r>
        <w:rPr>
          <w:b w:val="0"/>
          <w:sz w:val="18"/>
        </w:rPr>
        <w:t>Nicht mehrwertsteuerpflichtig (nicht im MWST-Register eingetragen). Auf dieser Rechnung wird keine MWST ausgewiesen.</w:t>
      </w:r>
    </w:p>
    <w:p>
      <w:pPr>
        <w:spacing w:after="40"/>
      </w:pPr>
      <w:r>
        <w:rPr>
          <w:b/>
          <w:sz w:val="20"/>
        </w:rPr>
        <w:t>Zahlungsbedingungen</w:t>
      </w:r>
    </w:p>
    <w:p>
      <w:pPr>
        <w:spacing w:after="0"/>
      </w:pPr>
      <w:r>
        <w:rPr>
          <w:b w:val="0"/>
          <w:sz w:val="20"/>
        </w:rPr>
        <w:t>Zahlbar netto innert 10 Tagen, bis [TT.MM.JJJJ].</w:t>
      </w:r>
    </w:p>
    <w:p>
      <w:pPr>
        <w:spacing w:after="0"/>
      </w:pPr>
      <w:r>
        <w:rPr>
          <w:b w:val="0"/>
          <w:sz w:val="20"/>
        </w:rPr>
        <w:t>IBAN: [CH00 0000 0000 0000 0000 0], lautend auf [Name], [Bank]</w:t>
      </w:r>
    </w:p>
    <w:p>
      <w:pPr>
        <w:spacing w:after="2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4818" w:hRule="atLeast"/>
        </w:trPr>
        <w:tc>
          <w:tcPr>
            <w:tcW w:type="dxa" w:w="9638"/>
            <w:tcBorders>
              <w:top w:val="dashed" w:sz="8" w:color="94A3B8"/>
              <w:left w:val="dashed" w:sz="8" w:color="94A3B8"/>
              <w:bottom w:val="dashed" w:sz="8" w:color="94A3B8"/>
              <w:right w:val="dashed" w:sz="8" w:color="94A3B8"/>
            </w:tcBorders>
          </w:tcPr>
          <w:p>
            <w:pPr>
              <w:jc w:val="center"/>
            </w:pPr>
            <w:r>
              <w:rPr>
                <w:b/>
                <w:color w:val="64748B"/>
              </w:rPr>
              <w:br/>
              <w:br/>
              <w:br/>
              <w:t>Platz für QR-Rechnung (Zahlteil)</w:t>
            </w:r>
          </w:p>
          <w:p>
            <w:pPr>
              <w:jc w:val="center"/>
            </w:pPr>
            <w:r>
              <w:rPr>
                <w:color w:val="64748B"/>
                <w:sz w:val="16"/>
              </w:rPr>
              <w:t>Den Zahlteil mit Empfangsschein erstellst du in deinem E-Banking oder deiner Buchhaltungssoftware und fügst ihn hier ein.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4"/>
      </w:rPr>
      <w:t>Vorlage von bondigoo.ch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Coaching Schweiz</dc:title>
  <dc:subject/>
  <dc:creator>bondigoo.ch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